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Release notes template</w:t>
      </w:r>
    </w:p>
    <w:p>
      <w:r>
        <w:t>Replace the placeholders with verified release details. Remove sections that do not apply before sharing.</w:t>
      </w:r>
    </w:p>
    <w:p>
      <w:pPr>
        <w:pStyle w:val="Heading1"/>
      </w:pPr>
      <w:r>
        <w:t>[Product] release notes</w:t>
      </w:r>
    </w:p>
    <w:p>
      <w:r>
        <w:t>Version: [Version] | Released: [Date]</w:t>
      </w:r>
    </w:p>
    <w:p>
      <w:r>
        <w:t>[One sentence explaining the most useful change and who it helps.]</w:t>
      </w:r>
    </w:p>
    <w:p>
      <w:pPr>
        <w:pStyle w:val="Heading1"/>
      </w:pPr>
      <w:r>
        <w:t>New features</w:t>
      </w:r>
    </w:p>
    <w:p>
      <w:pPr>
        <w:pStyle w:val="ListBullet"/>
      </w:pPr>
      <w:r>
        <w:t>[Feature]: [What customers can now do]. [Where to find it].</w:t>
      </w:r>
    </w:p>
    <w:p>
      <w:pPr>
        <w:pStyle w:val="Heading1"/>
      </w:pPr>
      <w:r>
        <w:t>Improvements</w:t>
      </w:r>
    </w:p>
    <w:p>
      <w:pPr>
        <w:pStyle w:val="ListBullet"/>
      </w:pPr>
      <w:r>
        <w:t>[Existing workflow]: [What is easier or faster now].</w:t>
      </w:r>
    </w:p>
    <w:p>
      <w:pPr>
        <w:pStyle w:val="Heading1"/>
      </w:pPr>
      <w:r>
        <w:t>Bug fixes</w:t>
      </w:r>
    </w:p>
    <w:p>
      <w:pPr>
        <w:pStyle w:val="ListBullet"/>
      </w:pPr>
      <w:r>
        <w:t>Fixed [customer-visible problem] when [trigger].</w:t>
      </w:r>
    </w:p>
    <w:p>
      <w:pPr>
        <w:pStyle w:val="Heading1"/>
      </w:pPr>
      <w:r>
        <w:t>Known issues</w:t>
      </w:r>
    </w:p>
    <w:p>
      <w:pPr>
        <w:pStyle w:val="ListBullet"/>
      </w:pPr>
      <w:r>
        <w:t>[Remaining limitation]. [Workaround, if available].</w:t>
      </w:r>
    </w:p>
    <w:p>
      <w:pPr>
        <w:pStyle w:val="Heading1"/>
      </w:pPr>
      <w:r>
        <w:t>Action required</w:t>
      </w:r>
    </w:p>
    <w:p>
      <w:pPr>
        <w:pStyle w:val="ListBullet"/>
      </w:pPr>
      <w:r>
        <w:t>[Who needs to act, what to do, and by when].</w:t>
      </w:r>
    </w:p>
    <w:p>
      <w:r>
        <w:t>[Link to the relevant documentation or support channel].</w:t>
      </w:r>
    </w:p>
    <w:sectPr w:rsidR="00FC693F" w:rsidRPr="0006063C" w:rsidSect="00034616">
      <w:pgSz w:w="11909" w:h="16834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4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color w:val="00000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notes template</dc:title>
  <dc:subject/>
  <dc:creator>Released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