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Jira release notes template</w:t>
      </w:r>
    </w:p>
    <w:p>
      <w:r>
        <w:t>Replace the placeholders with verified release details. Remove sections that do not apply before sharing.</w:t>
      </w:r>
    </w:p>
    <w:p>
      <w:pPr>
        <w:pStyle w:val="Heading1"/>
      </w:pPr>
      <w:r>
        <w:t>[Product] release notes</w:t>
      </w:r>
    </w:p>
    <w:p>
      <w:r>
        <w:t>Release: [Jira version or release name] | Available: [Date]</w:t>
      </w:r>
    </w:p>
    <w:p>
      <w:r>
        <w:t>[The main customer benefit of this release.]</w:t>
      </w:r>
    </w:p>
    <w:p>
      <w:pPr>
        <w:pStyle w:val="Heading1"/>
      </w:pPr>
      <w:r>
        <w:t>New features</w:t>
      </w:r>
    </w:p>
    <w:p>
      <w:pPr>
        <w:pStyle w:val="ListBullet"/>
      </w:pPr>
      <w:r>
        <w:t>[Customer-facing feature name]: [Benefit]. [How to use it].</w:t>
      </w:r>
    </w:p>
    <w:p>
      <w:pPr>
        <w:pStyle w:val="Heading1"/>
      </w:pPr>
      <w:r>
        <w:t>Improvements</w:t>
      </w:r>
    </w:p>
    <w:p>
      <w:pPr>
        <w:pStyle w:val="ListBullet"/>
      </w:pPr>
      <w:r>
        <w:t>[Workflow]: [What changed for the customer].</w:t>
      </w:r>
    </w:p>
    <w:p>
      <w:pPr>
        <w:pStyle w:val="Heading1"/>
      </w:pPr>
      <w:r>
        <w:t>Bug fixes</w:t>
      </w:r>
    </w:p>
    <w:p>
      <w:pPr>
        <w:pStyle w:val="ListBullet"/>
      </w:pPr>
      <w:r>
        <w:t>Fixed [observable problem] when [trigger].</w:t>
      </w:r>
    </w:p>
    <w:p>
      <w:pPr>
        <w:pStyle w:val="Heading1"/>
      </w:pPr>
      <w:r>
        <w:t>Availability and action required</w:t>
      </w:r>
    </w:p>
    <w:p>
      <w:r>
        <w:t>[Which customers can use this release, rollout limits, and any required action.]</w:t>
      </w:r>
    </w:p>
    <w:p>
      <w:pPr>
        <w:pStyle w:val="Heading1"/>
      </w:pPr>
      <w:r>
        <w:t>Help</w:t>
      </w:r>
    </w:p>
    <w:p>
      <w:r>
        <w:t>[Link to customer documentation or support].</w:t>
      </w:r>
    </w:p>
    <w:sectPr w:rsidR="00FC693F" w:rsidRPr="0006063C" w:rsidSect="00034616">
      <w:pgSz w:w="11909" w:h="16834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4" w:lineRule="auto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color w:val="00000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Jira release notes template</dc:title>
  <dc:subject/>
  <dc:creator>Released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